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56F" w:rsidRPr="002B3A23" w:rsidRDefault="008930C4" w:rsidP="002B3A23">
      <w:pPr>
        <w:jc w:val="center"/>
        <w:rPr>
          <w:rFonts w:ascii="標楷體" w:eastAsia="標楷體" w:hAnsi="標楷體"/>
          <w:sz w:val="40"/>
          <w:szCs w:val="40"/>
          <w:lang w:eastAsia="zh-TW"/>
        </w:rPr>
      </w:pPr>
      <w:r w:rsidRPr="002B3A23">
        <w:rPr>
          <w:rFonts w:ascii="標楷體" w:eastAsia="標楷體" w:hAnsi="標楷體"/>
          <w:sz w:val="40"/>
          <w:szCs w:val="40"/>
          <w:lang w:eastAsia="zh-TW"/>
        </w:rPr>
        <w:t>「永平工商吉祥物」徵稿比賽辦法</w:t>
      </w:r>
    </w:p>
    <w:p w:rsidR="00BE756F" w:rsidRPr="00616B10" w:rsidRDefault="008930C4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>一、 活動宗旨</w:t>
      </w:r>
    </w:p>
    <w:p w:rsidR="00BE756F" w:rsidRPr="00616B10" w:rsidRDefault="002B3A23" w:rsidP="002B3A23">
      <w:pPr>
        <w:ind w:leftChars="257" w:left="565"/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 xml:space="preserve">    </w:t>
      </w:r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為建立學校品牌形象，展現校園特色與學子活力，特辦理本吉祥物徵稿比賽，藉此凝聚師生向心力，並作為未來校園推廣與文宣使用。</w:t>
      </w:r>
    </w:p>
    <w:p w:rsidR="00BE756F" w:rsidRPr="00616B10" w:rsidRDefault="008930C4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>二、 參賽對象</w:t>
      </w:r>
      <w:r w:rsidR="002B3A23" w:rsidRPr="00616B10">
        <w:rPr>
          <w:rFonts w:ascii="標楷體" w:eastAsia="標楷體" w:hAnsi="標楷體"/>
          <w:sz w:val="24"/>
          <w:szCs w:val="24"/>
          <w:lang w:eastAsia="zh-TW"/>
        </w:rPr>
        <w:t>:</w:t>
      </w:r>
      <w:r w:rsidRPr="00616B10">
        <w:rPr>
          <w:rFonts w:ascii="標楷體" w:eastAsia="標楷體" w:hAnsi="標楷體"/>
          <w:sz w:val="24"/>
          <w:szCs w:val="24"/>
          <w:lang w:eastAsia="zh-TW"/>
        </w:rPr>
        <w:t>全校師生</w:t>
      </w:r>
    </w:p>
    <w:p w:rsidR="00BE756F" w:rsidRPr="00616B10" w:rsidRDefault="008930C4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>三、 作品設計要求</w:t>
      </w:r>
    </w:p>
    <w:p w:rsidR="00BE756F" w:rsidRPr="00616B10" w:rsidRDefault="002B3A23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 xml:space="preserve">    </w:t>
      </w:r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1. 吉祥物需展現永平工商之特色</w:t>
      </w:r>
      <w:proofErr w:type="gramStart"/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（</w:t>
      </w:r>
      <w:proofErr w:type="gramEnd"/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如：技職特色、創校精神</w:t>
      </w:r>
      <w:r w:rsidR="00616B10" w:rsidRPr="00616B10">
        <w:rPr>
          <w:rFonts w:ascii="標楷體" w:eastAsia="標楷體" w:hAnsi="標楷體"/>
          <w:sz w:val="24"/>
          <w:szCs w:val="24"/>
          <w:lang w:eastAsia="zh-TW"/>
        </w:rPr>
        <w:t>等</w:t>
      </w:r>
      <w:proofErr w:type="gramStart"/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）</w:t>
      </w:r>
      <w:proofErr w:type="gramEnd"/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。</w:t>
      </w:r>
    </w:p>
    <w:p w:rsidR="00BE756F" w:rsidRPr="00616B10" w:rsidRDefault="002B3A23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 xml:space="preserve">    </w:t>
      </w:r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2. 設計應包含吉祥物名稱、設計理念</w:t>
      </w:r>
      <w:r w:rsidR="008930C4" w:rsidRPr="00616B10">
        <w:rPr>
          <w:rFonts w:ascii="標楷體" w:eastAsia="標楷體" w:hAnsi="標楷體" w:cs="細明體" w:hint="eastAsia"/>
          <w:sz w:val="24"/>
          <w:szCs w:val="24"/>
          <w:lang w:eastAsia="zh-TW"/>
        </w:rPr>
        <w:t>說</w:t>
      </w:r>
      <w:r w:rsidR="008930C4"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明（</w:t>
      </w:r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300字以</w:t>
      </w:r>
      <w:r w:rsidR="008930C4" w:rsidRPr="00616B10">
        <w:rPr>
          <w:rFonts w:ascii="標楷體" w:eastAsia="標楷體" w:hAnsi="標楷體" w:cs="細明體" w:hint="eastAsia"/>
          <w:sz w:val="24"/>
          <w:szCs w:val="24"/>
          <w:lang w:eastAsia="zh-TW"/>
        </w:rPr>
        <w:t>內</w:t>
      </w:r>
      <w:r w:rsidR="008930C4"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）。</w:t>
      </w:r>
    </w:p>
    <w:p w:rsidR="00BE756F" w:rsidRPr="00616B10" w:rsidRDefault="002B3A23" w:rsidP="00E265E5">
      <w:pPr>
        <w:ind w:left="850" w:hangingChars="354" w:hanging="850"/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 xml:space="preserve">    </w:t>
      </w:r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3. 投稿作品須提供彩色設計圖稿，</w:t>
      </w:r>
      <w:r w:rsidR="00E265E5">
        <w:rPr>
          <w:rFonts w:ascii="標楷體" w:eastAsia="標楷體" w:hAnsi="標楷體"/>
          <w:sz w:val="24"/>
          <w:szCs w:val="24"/>
          <w:lang w:eastAsia="zh-TW"/>
        </w:rPr>
        <w:t>設計尺寸20CM*20CM內，檔案格式須為向量圖檔</w:t>
      </w:r>
      <w:r w:rsidR="00616B10" w:rsidRPr="00616B10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616B10" w:rsidRPr="00616B10" w:rsidRDefault="00616B10" w:rsidP="00616B10">
      <w:pPr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四、投稿方</w:t>
      </w:r>
      <w:r>
        <w:rPr>
          <w:rFonts w:ascii="標楷體" w:eastAsia="標楷體" w:hAnsi="標楷體" w:hint="eastAsia"/>
          <w:sz w:val="24"/>
          <w:szCs w:val="24"/>
          <w:lang w:eastAsia="zh-TW"/>
        </w:rPr>
        <w:t>式: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請將作品彩色輸出至</w:t>
      </w:r>
      <w:r w:rsidRPr="00616B10">
        <w:rPr>
          <w:rFonts w:ascii="標楷體" w:eastAsia="標楷體" w:hAnsi="標楷體"/>
          <w:sz w:val="24"/>
          <w:szCs w:val="24"/>
          <w:lang w:eastAsia="zh-TW"/>
        </w:rPr>
        <w:t xml:space="preserve"> A4 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紙張，並連同</w:t>
      </w:r>
      <w:bookmarkStart w:id="0" w:name="_GoBack"/>
      <w:bookmarkEnd w:id="0"/>
      <w:r w:rsidR="00E24CC0">
        <w:rPr>
          <w:rFonts w:ascii="標楷體" w:eastAsia="標楷體" w:hAnsi="標楷體"/>
          <w:sz w:val="24"/>
          <w:szCs w:val="24"/>
          <w:lang w:eastAsia="zh-TW"/>
        </w:rPr>
        <w:t>圖檔</w:t>
      </w:r>
      <w:r w:rsidR="00E24CC0">
        <w:rPr>
          <w:rFonts w:ascii="標楷體" w:eastAsia="標楷體" w:hAnsi="標楷體"/>
          <w:sz w:val="24"/>
          <w:szCs w:val="24"/>
          <w:lang w:eastAsia="zh-TW"/>
        </w:rPr>
        <w:t>、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紙本報名表遞交至</w:t>
      </w:r>
      <w:r>
        <w:rPr>
          <w:rFonts w:ascii="標楷體" w:eastAsia="標楷體" w:hAnsi="標楷體" w:hint="eastAsia"/>
          <w:sz w:val="24"/>
          <w:szCs w:val="24"/>
          <w:lang w:eastAsia="zh-TW"/>
        </w:rPr>
        <w:t>-</w:t>
      </w:r>
      <w:r>
        <w:rPr>
          <w:rFonts w:ascii="標楷體" w:eastAsia="標楷體" w:hAnsi="標楷體"/>
          <w:sz w:val="24"/>
          <w:szCs w:val="24"/>
          <w:lang w:eastAsia="zh-TW"/>
        </w:rPr>
        <w:t>輔導室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616B10" w:rsidRPr="00616B10" w:rsidRDefault="00616B10" w:rsidP="00616B10">
      <w:pPr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>五、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截止日期：即日起至 115年</w:t>
      </w:r>
      <w:r>
        <w:rPr>
          <w:rFonts w:ascii="標楷體" w:eastAsia="標楷體" w:hAnsi="標楷體" w:hint="eastAsia"/>
          <w:sz w:val="24"/>
          <w:szCs w:val="24"/>
          <w:lang w:eastAsia="zh-TW"/>
        </w:rPr>
        <w:t>6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月</w:t>
      </w:r>
      <w:r>
        <w:rPr>
          <w:rFonts w:ascii="標楷體" w:eastAsia="標楷體" w:hAnsi="標楷體" w:hint="eastAsia"/>
          <w:sz w:val="24"/>
          <w:szCs w:val="24"/>
          <w:lang w:eastAsia="zh-TW"/>
        </w:rPr>
        <w:t>12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日</w:t>
      </w:r>
      <w:r w:rsidR="00185D2A">
        <w:rPr>
          <w:rFonts w:ascii="標楷體" w:eastAsia="標楷體" w:hAnsi="標楷體" w:hint="eastAsia"/>
          <w:sz w:val="24"/>
          <w:szCs w:val="24"/>
          <w:lang w:eastAsia="zh-TW"/>
        </w:rPr>
        <w:t>中午12:00</w:t>
      </w:r>
      <w:r w:rsidRPr="00616B10">
        <w:rPr>
          <w:rFonts w:ascii="標楷體" w:eastAsia="標楷體" w:hAnsi="標楷體" w:hint="eastAsia"/>
          <w:sz w:val="24"/>
          <w:szCs w:val="24"/>
          <w:lang w:eastAsia="zh-TW"/>
        </w:rPr>
        <w:t>止。</w:t>
      </w:r>
    </w:p>
    <w:p w:rsidR="00BE756F" w:rsidRPr="00616B10" w:rsidRDefault="00185D2A" w:rsidP="002B3A23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六</w:t>
      </w:r>
      <w:r w:rsidR="008930C4" w:rsidRPr="00616B10">
        <w:rPr>
          <w:rFonts w:ascii="標楷體" w:eastAsia="標楷體" w:hAnsi="標楷體"/>
          <w:sz w:val="24"/>
          <w:szCs w:val="24"/>
        </w:rPr>
        <w:t xml:space="preserve">、 </w:t>
      </w:r>
      <w:proofErr w:type="spellStart"/>
      <w:r w:rsidR="008930C4" w:rsidRPr="00616B10">
        <w:rPr>
          <w:rFonts w:ascii="標楷體" w:eastAsia="標楷體" w:hAnsi="標楷體"/>
          <w:sz w:val="24"/>
          <w:szCs w:val="24"/>
        </w:rPr>
        <w:t>獎勵辦法</w:t>
      </w:r>
      <w:proofErr w:type="spellEnd"/>
    </w:p>
    <w:tbl>
      <w:tblPr>
        <w:tblStyle w:val="aff2"/>
        <w:tblW w:w="0" w:type="auto"/>
        <w:tblInd w:w="817" w:type="dxa"/>
        <w:tblLook w:val="04A0" w:firstRow="1" w:lastRow="0" w:firstColumn="1" w:lastColumn="0" w:noHBand="0" w:noVBand="1"/>
      </w:tblPr>
      <w:tblGrid>
        <w:gridCol w:w="3885"/>
        <w:gridCol w:w="4320"/>
      </w:tblGrid>
      <w:tr w:rsidR="00BE756F" w:rsidRPr="00616B10" w:rsidTr="00185D2A">
        <w:tc>
          <w:tcPr>
            <w:tcW w:w="3885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16B10">
              <w:rPr>
                <w:rFonts w:ascii="標楷體" w:eastAsia="標楷體" w:hAnsi="標楷體"/>
                <w:sz w:val="24"/>
                <w:szCs w:val="24"/>
              </w:rPr>
              <w:t>名次</w:t>
            </w:r>
          </w:p>
        </w:tc>
        <w:tc>
          <w:tcPr>
            <w:tcW w:w="4320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16B10">
              <w:rPr>
                <w:rFonts w:ascii="標楷體" w:eastAsia="標楷體" w:hAnsi="標楷體"/>
                <w:sz w:val="24"/>
                <w:szCs w:val="24"/>
              </w:rPr>
              <w:t>獎勵</w:t>
            </w:r>
            <w:r w:rsidRPr="00616B10">
              <w:rPr>
                <w:rFonts w:ascii="標楷體" w:eastAsia="標楷體" w:hAnsi="標楷體" w:cs="細明體" w:hint="eastAsia"/>
                <w:sz w:val="24"/>
                <w:szCs w:val="24"/>
              </w:rPr>
              <w:t>內</w:t>
            </w:r>
            <w:r w:rsidRPr="00616B10">
              <w:rPr>
                <w:rFonts w:ascii="標楷體" w:eastAsia="標楷體" w:hAnsi="標楷體" w:cs="MS Mincho" w:hint="eastAsia"/>
                <w:sz w:val="24"/>
                <w:szCs w:val="24"/>
              </w:rPr>
              <w:t>容</w:t>
            </w:r>
          </w:p>
        </w:tc>
      </w:tr>
      <w:tr w:rsidR="00BE756F" w:rsidRPr="00616B10" w:rsidTr="00185D2A">
        <w:tc>
          <w:tcPr>
            <w:tcW w:w="3885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616B10">
              <w:rPr>
                <w:rFonts w:ascii="標楷體" w:eastAsia="標楷體" w:hAnsi="標楷體"/>
                <w:sz w:val="24"/>
                <w:szCs w:val="24"/>
              </w:rPr>
              <w:t>第一名</w:t>
            </w:r>
            <w:proofErr w:type="spellEnd"/>
            <w:r w:rsidRPr="00616B10">
              <w:rPr>
                <w:rFonts w:ascii="標楷體" w:eastAsia="標楷體" w:hAnsi="標楷體"/>
                <w:sz w:val="24"/>
                <w:szCs w:val="24"/>
              </w:rPr>
              <w:t xml:space="preserve"> (</w:t>
            </w:r>
            <w:r w:rsidR="00616B10" w:rsidRPr="00616B10">
              <w:rPr>
                <w:rFonts w:ascii="標楷體" w:eastAsia="標楷體" w:hAnsi="標楷體"/>
                <w:sz w:val="24"/>
                <w:szCs w:val="24"/>
              </w:rPr>
              <w:t>取</w:t>
            </w:r>
            <w:r w:rsidRPr="00616B10">
              <w:rPr>
                <w:rFonts w:ascii="標楷體" w:eastAsia="標楷體" w:hAnsi="標楷體"/>
                <w:sz w:val="24"/>
                <w:szCs w:val="24"/>
              </w:rPr>
              <w:t>1名)</w:t>
            </w:r>
          </w:p>
        </w:tc>
        <w:tc>
          <w:tcPr>
            <w:tcW w:w="4320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16B10">
              <w:rPr>
                <w:rFonts w:ascii="標楷體" w:eastAsia="標楷體" w:hAnsi="標楷體"/>
                <w:sz w:val="24"/>
                <w:szCs w:val="24"/>
                <w:lang w:eastAsia="zh-TW"/>
              </w:rPr>
              <w:t>獎金新台幣 3,000 元整、獎狀乙紙</w:t>
            </w:r>
          </w:p>
        </w:tc>
      </w:tr>
      <w:tr w:rsidR="00BE756F" w:rsidRPr="00616B10" w:rsidTr="00185D2A">
        <w:tc>
          <w:tcPr>
            <w:tcW w:w="3885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616B10">
              <w:rPr>
                <w:rFonts w:ascii="標楷體" w:eastAsia="標楷體" w:hAnsi="標楷體"/>
                <w:sz w:val="24"/>
                <w:szCs w:val="24"/>
              </w:rPr>
              <w:t>第二名</w:t>
            </w:r>
            <w:proofErr w:type="spellEnd"/>
            <w:r w:rsidRPr="00616B10">
              <w:rPr>
                <w:rFonts w:ascii="標楷體" w:eastAsia="標楷體" w:hAnsi="標楷體"/>
                <w:sz w:val="24"/>
                <w:szCs w:val="24"/>
              </w:rPr>
              <w:t xml:space="preserve"> (</w:t>
            </w:r>
            <w:r w:rsidR="00616B10" w:rsidRPr="00616B10">
              <w:rPr>
                <w:rFonts w:ascii="標楷體" w:eastAsia="標楷體" w:hAnsi="標楷體"/>
                <w:sz w:val="24"/>
                <w:szCs w:val="24"/>
              </w:rPr>
              <w:t>取</w:t>
            </w:r>
            <w:r w:rsidRPr="00616B10">
              <w:rPr>
                <w:rFonts w:ascii="標楷體" w:eastAsia="標楷體" w:hAnsi="標楷體"/>
                <w:sz w:val="24"/>
                <w:szCs w:val="24"/>
              </w:rPr>
              <w:t>1名)</w:t>
            </w:r>
          </w:p>
        </w:tc>
        <w:tc>
          <w:tcPr>
            <w:tcW w:w="4320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16B10">
              <w:rPr>
                <w:rFonts w:ascii="標楷體" w:eastAsia="標楷體" w:hAnsi="標楷體"/>
                <w:sz w:val="24"/>
                <w:szCs w:val="24"/>
              </w:rPr>
              <w:t>獎狀乙紙</w:t>
            </w:r>
          </w:p>
        </w:tc>
      </w:tr>
      <w:tr w:rsidR="00BE756F" w:rsidRPr="00616B10" w:rsidTr="00185D2A">
        <w:tc>
          <w:tcPr>
            <w:tcW w:w="3885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616B10">
              <w:rPr>
                <w:rFonts w:ascii="標楷體" w:eastAsia="標楷體" w:hAnsi="標楷體"/>
                <w:sz w:val="24"/>
                <w:szCs w:val="24"/>
              </w:rPr>
              <w:t>第三名</w:t>
            </w:r>
            <w:proofErr w:type="spellEnd"/>
            <w:r w:rsidRPr="00616B10">
              <w:rPr>
                <w:rFonts w:ascii="標楷體" w:eastAsia="標楷體" w:hAnsi="標楷體"/>
                <w:sz w:val="24"/>
                <w:szCs w:val="24"/>
              </w:rPr>
              <w:t xml:space="preserve"> (</w:t>
            </w:r>
            <w:r w:rsidR="00616B10" w:rsidRPr="00616B10">
              <w:rPr>
                <w:rFonts w:ascii="標楷體" w:eastAsia="標楷體" w:hAnsi="標楷體"/>
                <w:sz w:val="24"/>
                <w:szCs w:val="24"/>
              </w:rPr>
              <w:t>取</w:t>
            </w:r>
            <w:r w:rsidRPr="00616B10">
              <w:rPr>
                <w:rFonts w:ascii="標楷體" w:eastAsia="標楷體" w:hAnsi="標楷體"/>
                <w:sz w:val="24"/>
                <w:szCs w:val="24"/>
              </w:rPr>
              <w:t>1名)</w:t>
            </w:r>
          </w:p>
        </w:tc>
        <w:tc>
          <w:tcPr>
            <w:tcW w:w="4320" w:type="dxa"/>
          </w:tcPr>
          <w:p w:rsidR="00BE756F" w:rsidRPr="00616B10" w:rsidRDefault="008930C4" w:rsidP="002B3A23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16B10">
              <w:rPr>
                <w:rFonts w:ascii="標楷體" w:eastAsia="標楷體" w:hAnsi="標楷體"/>
                <w:sz w:val="24"/>
                <w:szCs w:val="24"/>
              </w:rPr>
              <w:t>獎狀乙紙</w:t>
            </w:r>
          </w:p>
        </w:tc>
      </w:tr>
    </w:tbl>
    <w:p w:rsidR="000044D4" w:rsidRPr="000044D4" w:rsidRDefault="000044D4" w:rsidP="000044D4">
      <w:pPr>
        <w:rPr>
          <w:rFonts w:ascii="標楷體" w:eastAsia="標楷體" w:hAnsi="標楷體"/>
          <w:sz w:val="20"/>
          <w:szCs w:val="20"/>
          <w:lang w:eastAsia="zh-TW"/>
        </w:rPr>
      </w:pPr>
      <w:r w:rsidRPr="000044D4">
        <w:rPr>
          <w:rFonts w:ascii="標楷體" w:eastAsia="標楷體" w:hAnsi="標楷體"/>
          <w:sz w:val="20"/>
          <w:szCs w:val="20"/>
          <w:lang w:eastAsia="zh-TW"/>
        </w:rPr>
        <w:t xml:space="preserve">  </w:t>
      </w:r>
      <w:r>
        <w:rPr>
          <w:rFonts w:ascii="標楷體" w:eastAsia="標楷體" w:hAnsi="標楷體"/>
          <w:sz w:val="20"/>
          <w:szCs w:val="20"/>
          <w:lang w:eastAsia="zh-TW"/>
        </w:rPr>
        <w:t xml:space="preserve">   </w:t>
      </w:r>
      <w:r w:rsidRPr="000044D4">
        <w:rPr>
          <w:rFonts w:ascii="標楷體" w:eastAsia="標楷體" w:hAnsi="標楷體"/>
          <w:sz w:val="20"/>
          <w:szCs w:val="20"/>
          <w:lang w:eastAsia="zh-TW"/>
        </w:rPr>
        <w:t>注意：若參賽作品未達評選委員會標準，經委員會決議後，獎項得以「從缺」辦理。</w:t>
      </w:r>
    </w:p>
    <w:p w:rsidR="00BE756F" w:rsidRPr="00616B10" w:rsidRDefault="00185D2A" w:rsidP="002B3A23">
      <w:pPr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>七</w:t>
      </w:r>
      <w:r w:rsidR="008930C4" w:rsidRPr="00616B10">
        <w:rPr>
          <w:rFonts w:ascii="標楷體" w:eastAsia="標楷體" w:hAnsi="標楷體"/>
          <w:sz w:val="24"/>
          <w:szCs w:val="24"/>
          <w:lang w:eastAsia="zh-TW"/>
        </w:rPr>
        <w:t>、 著作權聲明（重要）</w:t>
      </w:r>
    </w:p>
    <w:p w:rsidR="002B3A23" w:rsidRPr="00616B10" w:rsidRDefault="008930C4" w:rsidP="00616B10">
      <w:pPr>
        <w:ind w:leftChars="193" w:left="735" w:hangingChars="129" w:hanging="310"/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>1. 參賽作品須為本人原創，嚴禁抄襲或冒用他人作品</w:t>
      </w:r>
      <w:r w:rsidR="007C6759">
        <w:rPr>
          <w:rFonts w:ascii="標楷體" w:eastAsia="標楷體" w:hAnsi="標楷體"/>
          <w:sz w:val="24"/>
          <w:szCs w:val="24"/>
          <w:lang w:eastAsia="zh-TW"/>
        </w:rPr>
        <w:t>，以及</w:t>
      </w:r>
      <w:r w:rsidR="007C6759" w:rsidRPr="007C6759">
        <w:rPr>
          <w:rFonts w:ascii="標楷體" w:eastAsia="標楷體" w:hAnsi="標楷體"/>
          <w:sz w:val="24"/>
          <w:szCs w:val="24"/>
          <w:lang w:eastAsia="zh-TW"/>
        </w:rPr>
        <w:t>使用生成式 AI直接生成作品。若經</w:t>
      </w:r>
      <w:r w:rsidR="007C6759" w:rsidRPr="007C6759">
        <w:rPr>
          <w:rFonts w:ascii="標楷體" w:eastAsia="標楷體" w:hAnsi="標楷體" w:hint="eastAsia"/>
          <w:sz w:val="24"/>
          <w:szCs w:val="24"/>
          <w:lang w:eastAsia="zh-TW"/>
        </w:rPr>
        <w:t>查證或他人檢舉為</w:t>
      </w:r>
      <w:r w:rsidR="007C6759" w:rsidRPr="007C6759">
        <w:rPr>
          <w:rFonts w:ascii="標楷體" w:eastAsia="標楷體" w:hAnsi="標楷體"/>
          <w:sz w:val="24"/>
          <w:szCs w:val="24"/>
          <w:lang w:eastAsia="zh-TW"/>
        </w:rPr>
        <w:t xml:space="preserve"> AI 生成，主辦單位有權取消得獎資格。</w:t>
      </w:r>
    </w:p>
    <w:p w:rsidR="002B3A23" w:rsidRPr="00616B10" w:rsidRDefault="008930C4" w:rsidP="00616B10">
      <w:pPr>
        <w:ind w:leftChars="193" w:left="735" w:hangingChars="129" w:hanging="310"/>
        <w:rPr>
          <w:rFonts w:ascii="標楷體" w:eastAsia="標楷體" w:hAnsi="標楷體" w:cs="MS Mincho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>2. 得獎作品</w:t>
      </w:r>
      <w:r w:rsidR="002B3A23" w:rsidRPr="00616B10">
        <w:rPr>
          <w:rFonts w:ascii="標楷體" w:eastAsia="標楷體" w:hAnsi="標楷體"/>
          <w:sz w:val="24"/>
          <w:szCs w:val="24"/>
          <w:lang w:eastAsia="zh-TW"/>
        </w:rPr>
        <w:t>第一名</w:t>
      </w:r>
      <w:r w:rsidRPr="00616B10">
        <w:rPr>
          <w:rFonts w:ascii="標楷體" w:eastAsia="標楷體" w:hAnsi="標楷體"/>
          <w:sz w:val="24"/>
          <w:szCs w:val="24"/>
          <w:lang w:eastAsia="zh-TW"/>
        </w:rPr>
        <w:t>之著作財</w:t>
      </w:r>
      <w:r w:rsidRPr="00616B10">
        <w:rPr>
          <w:rFonts w:ascii="標楷體" w:eastAsia="標楷體" w:hAnsi="標楷體" w:cs="細明體" w:hint="eastAsia"/>
          <w:sz w:val="24"/>
          <w:szCs w:val="24"/>
          <w:lang w:eastAsia="zh-TW"/>
        </w:rPr>
        <w:t>產</w:t>
      </w:r>
      <w:r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權應無償轉讓予「桃園市私立永平工商</w:t>
      </w:r>
      <w:r w:rsidR="002B3A23"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高級中等</w:t>
      </w:r>
      <w:r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學校」，主辦單位擁有改作、重製、散布及授權他人使用之權利，</w:t>
      </w:r>
      <w:proofErr w:type="gramStart"/>
      <w:r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不另支酬</w:t>
      </w:r>
      <w:proofErr w:type="gramEnd"/>
      <w:r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。</w:t>
      </w:r>
    </w:p>
    <w:p w:rsidR="00BE756F" w:rsidRPr="00616B10" w:rsidRDefault="008930C4" w:rsidP="00616B10">
      <w:pPr>
        <w:ind w:leftChars="193" w:left="735" w:hangingChars="129" w:hanging="310"/>
        <w:rPr>
          <w:rFonts w:ascii="標楷體" w:eastAsia="標楷體" w:hAnsi="標楷體"/>
          <w:sz w:val="24"/>
          <w:szCs w:val="24"/>
          <w:lang w:eastAsia="zh-TW"/>
        </w:rPr>
      </w:pPr>
      <w:r w:rsidRPr="00616B10">
        <w:rPr>
          <w:rFonts w:ascii="標楷體" w:eastAsia="標楷體" w:hAnsi="標楷體"/>
          <w:sz w:val="24"/>
          <w:szCs w:val="24"/>
          <w:lang w:eastAsia="zh-TW"/>
        </w:rPr>
        <w:t>3. 得獎者須簽署「著作財</w:t>
      </w:r>
      <w:r w:rsidRPr="00616B10">
        <w:rPr>
          <w:rFonts w:ascii="標楷體" w:eastAsia="標楷體" w:hAnsi="標楷體" w:cs="細明體" w:hint="eastAsia"/>
          <w:sz w:val="24"/>
          <w:szCs w:val="24"/>
          <w:lang w:eastAsia="zh-TW"/>
        </w:rPr>
        <w:t>產</w:t>
      </w:r>
      <w:r w:rsidRPr="00616B10">
        <w:rPr>
          <w:rFonts w:ascii="標楷體" w:eastAsia="標楷體" w:hAnsi="標楷體" w:cs="MS Mincho" w:hint="eastAsia"/>
          <w:sz w:val="24"/>
          <w:szCs w:val="24"/>
          <w:lang w:eastAsia="zh-TW"/>
        </w:rPr>
        <w:t>權轉讓同意書」，若不願簽署則視同放棄得獎資格。</w:t>
      </w:r>
    </w:p>
    <w:p w:rsidR="00185D2A" w:rsidRDefault="00185D2A" w:rsidP="002B3A23">
      <w:pPr>
        <w:rPr>
          <w:rFonts w:ascii="標楷體" w:eastAsia="標楷體" w:hAnsi="標楷體"/>
          <w:sz w:val="24"/>
          <w:szCs w:val="24"/>
          <w:lang w:eastAsia="zh-TW"/>
        </w:rPr>
      </w:pPr>
    </w:p>
    <w:p w:rsidR="00185D2A" w:rsidRPr="00616B10" w:rsidRDefault="00185D2A" w:rsidP="00185D2A">
      <w:pPr>
        <w:jc w:val="distribute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t>中華民國一一五年五月</w:t>
      </w:r>
    </w:p>
    <w:p w:rsidR="00BE756F" w:rsidRPr="002B3A23" w:rsidRDefault="008930C4" w:rsidP="002B3A23">
      <w:pPr>
        <w:jc w:val="center"/>
        <w:rPr>
          <w:rFonts w:ascii="標楷體" w:eastAsia="標楷體" w:hAnsi="標楷體"/>
          <w:sz w:val="40"/>
          <w:szCs w:val="40"/>
          <w:lang w:eastAsia="zh-TW"/>
        </w:rPr>
      </w:pPr>
      <w:r w:rsidRPr="002B3A23">
        <w:rPr>
          <w:rFonts w:ascii="標楷體" w:eastAsia="標楷體" w:hAnsi="標楷體"/>
          <w:sz w:val="40"/>
          <w:szCs w:val="40"/>
          <w:lang w:eastAsia="zh-TW"/>
        </w:rPr>
        <w:lastRenderedPageBreak/>
        <w:t>「永平工商吉祥物」徵稿比賽 報名表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BE756F" w:rsidRPr="002B3A23" w:rsidTr="00185D2A">
        <w:trPr>
          <w:trHeight w:val="418"/>
        </w:trPr>
        <w:tc>
          <w:tcPr>
            <w:tcW w:w="2943" w:type="dxa"/>
          </w:tcPr>
          <w:p w:rsidR="00BE756F" w:rsidRPr="00185D2A" w:rsidRDefault="008930C4" w:rsidP="002B3A23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185D2A">
              <w:rPr>
                <w:rFonts w:ascii="標楷體" w:eastAsia="標楷體" w:hAnsi="標楷體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6237" w:type="dxa"/>
          </w:tcPr>
          <w:p w:rsidR="00BE756F" w:rsidRPr="002B3A23" w:rsidRDefault="00BE756F" w:rsidP="002B3A23">
            <w:pPr>
              <w:rPr>
                <w:rFonts w:ascii="標楷體" w:eastAsia="標楷體" w:hAnsi="標楷體"/>
              </w:rPr>
            </w:pPr>
          </w:p>
        </w:tc>
      </w:tr>
      <w:tr w:rsidR="00BE756F" w:rsidRPr="002B3A23" w:rsidTr="00185D2A">
        <w:trPr>
          <w:trHeight w:val="418"/>
        </w:trPr>
        <w:tc>
          <w:tcPr>
            <w:tcW w:w="2943" w:type="dxa"/>
          </w:tcPr>
          <w:p w:rsidR="00BE756F" w:rsidRPr="00185D2A" w:rsidRDefault="00616B10" w:rsidP="002B3A2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185D2A">
              <w:rPr>
                <w:rFonts w:ascii="標楷體" w:eastAsia="標楷體" w:hAnsi="標楷體"/>
                <w:sz w:val="24"/>
                <w:szCs w:val="24"/>
                <w:lang w:eastAsia="zh-TW"/>
              </w:rPr>
              <w:t>身分證號碼</w:t>
            </w:r>
          </w:p>
        </w:tc>
        <w:tc>
          <w:tcPr>
            <w:tcW w:w="6237" w:type="dxa"/>
          </w:tcPr>
          <w:p w:rsidR="00BE756F" w:rsidRPr="002B3A23" w:rsidRDefault="00BE756F" w:rsidP="002B3A23">
            <w:pPr>
              <w:rPr>
                <w:rFonts w:ascii="標楷體" w:eastAsia="標楷體" w:hAnsi="標楷體"/>
              </w:rPr>
            </w:pPr>
          </w:p>
        </w:tc>
      </w:tr>
      <w:tr w:rsidR="00BE756F" w:rsidRPr="002B3A23" w:rsidTr="00185D2A">
        <w:trPr>
          <w:trHeight w:val="405"/>
        </w:trPr>
        <w:tc>
          <w:tcPr>
            <w:tcW w:w="2943" w:type="dxa"/>
          </w:tcPr>
          <w:p w:rsidR="00BE756F" w:rsidRPr="00185D2A" w:rsidRDefault="008930C4" w:rsidP="002B3A23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185D2A">
              <w:rPr>
                <w:rFonts w:ascii="標楷體" w:eastAsia="標楷體" w:hAnsi="標楷體"/>
                <w:sz w:val="24"/>
                <w:szCs w:val="24"/>
              </w:rPr>
              <w:t>電子信箱</w:t>
            </w:r>
          </w:p>
        </w:tc>
        <w:tc>
          <w:tcPr>
            <w:tcW w:w="6237" w:type="dxa"/>
          </w:tcPr>
          <w:p w:rsidR="00BE756F" w:rsidRPr="002B3A23" w:rsidRDefault="00BE756F" w:rsidP="002B3A23">
            <w:pPr>
              <w:rPr>
                <w:rFonts w:ascii="標楷體" w:eastAsia="標楷體" w:hAnsi="標楷體"/>
              </w:rPr>
            </w:pPr>
          </w:p>
        </w:tc>
      </w:tr>
      <w:tr w:rsidR="00BE756F" w:rsidRPr="002B3A23" w:rsidTr="00185D2A">
        <w:trPr>
          <w:trHeight w:val="418"/>
        </w:trPr>
        <w:tc>
          <w:tcPr>
            <w:tcW w:w="2943" w:type="dxa"/>
          </w:tcPr>
          <w:p w:rsidR="00BE756F" w:rsidRPr="00185D2A" w:rsidRDefault="00616B10" w:rsidP="002B3A23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185D2A">
              <w:rPr>
                <w:rFonts w:ascii="標楷體" w:eastAsia="標楷體" w:hAnsi="標楷體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6237" w:type="dxa"/>
          </w:tcPr>
          <w:p w:rsidR="00BE756F" w:rsidRPr="002B3A23" w:rsidRDefault="00BE756F" w:rsidP="002B3A23">
            <w:pPr>
              <w:rPr>
                <w:rFonts w:ascii="標楷體" w:eastAsia="標楷體" w:hAnsi="標楷體"/>
              </w:rPr>
            </w:pPr>
          </w:p>
        </w:tc>
      </w:tr>
      <w:tr w:rsidR="00BE756F" w:rsidRPr="002B3A23" w:rsidTr="00185D2A">
        <w:trPr>
          <w:trHeight w:val="418"/>
        </w:trPr>
        <w:tc>
          <w:tcPr>
            <w:tcW w:w="2943" w:type="dxa"/>
          </w:tcPr>
          <w:p w:rsidR="00BE756F" w:rsidRPr="00185D2A" w:rsidRDefault="00616B10" w:rsidP="002B3A23">
            <w:pPr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185D2A">
              <w:rPr>
                <w:rFonts w:ascii="標楷體" w:eastAsia="標楷體" w:hAnsi="標楷體"/>
                <w:sz w:val="24"/>
                <w:szCs w:val="24"/>
              </w:rPr>
              <w:t>吉祥物名稱</w:t>
            </w:r>
            <w:proofErr w:type="spellEnd"/>
          </w:p>
        </w:tc>
        <w:tc>
          <w:tcPr>
            <w:tcW w:w="6237" w:type="dxa"/>
          </w:tcPr>
          <w:p w:rsidR="00BE756F" w:rsidRPr="002B3A23" w:rsidRDefault="00BE756F" w:rsidP="002B3A23">
            <w:pPr>
              <w:rPr>
                <w:rFonts w:ascii="標楷體" w:eastAsia="標楷體" w:hAnsi="標楷體"/>
              </w:rPr>
            </w:pPr>
          </w:p>
        </w:tc>
      </w:tr>
      <w:tr w:rsidR="00BE756F" w:rsidRPr="002B3A23" w:rsidTr="00185D2A">
        <w:trPr>
          <w:trHeight w:val="4581"/>
        </w:trPr>
        <w:tc>
          <w:tcPr>
            <w:tcW w:w="2943" w:type="dxa"/>
          </w:tcPr>
          <w:p w:rsidR="00BE756F" w:rsidRPr="00185D2A" w:rsidRDefault="00616B10" w:rsidP="00616B10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85D2A">
              <w:rPr>
                <w:rFonts w:ascii="標楷體" w:eastAsia="標楷體" w:hAnsi="標楷體"/>
                <w:sz w:val="24"/>
                <w:szCs w:val="24"/>
                <w:lang w:eastAsia="zh-TW"/>
              </w:rPr>
              <w:t>設計理念 (300字以</w:t>
            </w:r>
            <w:r w:rsidRPr="00185D2A">
              <w:rPr>
                <w:rFonts w:ascii="標楷體" w:eastAsia="標楷體" w:hAnsi="標楷體" w:cs="細明體" w:hint="eastAsia"/>
                <w:sz w:val="24"/>
                <w:szCs w:val="24"/>
                <w:lang w:eastAsia="zh-TW"/>
              </w:rPr>
              <w:t>內</w:t>
            </w:r>
            <w:r w:rsidRPr="00185D2A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6237" w:type="dxa"/>
          </w:tcPr>
          <w:p w:rsidR="00BE756F" w:rsidRPr="002B3A23" w:rsidRDefault="00BE756F" w:rsidP="002B3A23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:rsidR="00BE756F" w:rsidRPr="002B3A23" w:rsidRDefault="00BE756F" w:rsidP="002B3A23">
      <w:pPr>
        <w:rPr>
          <w:rFonts w:ascii="標楷體" w:eastAsia="標楷體" w:hAnsi="標楷體"/>
          <w:lang w:eastAsia="zh-TW"/>
        </w:rPr>
      </w:pPr>
    </w:p>
    <w:p w:rsidR="00BE756F" w:rsidRPr="002B3A23" w:rsidRDefault="008930C4" w:rsidP="002B3A23">
      <w:pPr>
        <w:rPr>
          <w:rFonts w:ascii="標楷體" w:eastAsia="標楷體" w:hAnsi="標楷體"/>
          <w:sz w:val="28"/>
          <w:szCs w:val="28"/>
          <w:lang w:eastAsia="zh-TW"/>
        </w:rPr>
      </w:pPr>
      <w:r w:rsidRPr="002B3A23">
        <w:rPr>
          <w:rFonts w:ascii="標楷體" w:eastAsia="標楷體" w:hAnsi="標楷體"/>
          <w:sz w:val="28"/>
          <w:szCs w:val="28"/>
          <w:lang w:eastAsia="zh-TW"/>
        </w:rPr>
        <w:t>參賽聲明與切結</w:t>
      </w:r>
    </w:p>
    <w:p w:rsidR="00BE756F" w:rsidRPr="002B3A23" w:rsidRDefault="002B3A23" w:rsidP="002B3A23">
      <w:pPr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t xml:space="preserve">    </w:t>
      </w:r>
      <w:r w:rsidR="008930C4" w:rsidRPr="002B3A23">
        <w:rPr>
          <w:rFonts w:ascii="標楷體" w:eastAsia="標楷體" w:hAnsi="標楷體"/>
          <w:sz w:val="24"/>
          <w:szCs w:val="24"/>
          <w:lang w:eastAsia="zh-TW"/>
        </w:rPr>
        <w:t>本人參加「永平工商吉祥物」徵稿比賽，保證投稿作品確係本人</w:t>
      </w:r>
      <w:proofErr w:type="gramStart"/>
      <w:r w:rsidR="008930C4" w:rsidRPr="002B3A23">
        <w:rPr>
          <w:rFonts w:ascii="標楷體" w:eastAsia="標楷體" w:hAnsi="標楷體"/>
          <w:sz w:val="24"/>
          <w:szCs w:val="24"/>
          <w:lang w:eastAsia="zh-TW"/>
        </w:rPr>
        <w:t>原創且未曾</w:t>
      </w:r>
      <w:proofErr w:type="gramEnd"/>
      <w:r w:rsidR="008930C4" w:rsidRPr="002B3A23">
        <w:rPr>
          <w:rFonts w:ascii="標楷體" w:eastAsia="標楷體" w:hAnsi="標楷體"/>
          <w:sz w:val="24"/>
          <w:szCs w:val="24"/>
          <w:lang w:eastAsia="zh-TW"/>
        </w:rPr>
        <w:t>發表，若有任何法律糾紛，由參賽者自行負責。本人同意若獲</w:t>
      </w:r>
      <w:r w:rsidRPr="002B3A23">
        <w:rPr>
          <w:rFonts w:ascii="標楷體" w:eastAsia="標楷體" w:hAnsi="標楷體"/>
          <w:sz w:val="24"/>
          <w:szCs w:val="24"/>
          <w:lang w:eastAsia="zh-TW"/>
        </w:rPr>
        <w:t>第一</w:t>
      </w:r>
      <w:r w:rsidR="008930C4" w:rsidRPr="002B3A23">
        <w:rPr>
          <w:rFonts w:ascii="標楷體" w:eastAsia="標楷體" w:hAnsi="標楷體"/>
          <w:sz w:val="24"/>
          <w:szCs w:val="24"/>
          <w:lang w:eastAsia="zh-TW"/>
        </w:rPr>
        <w:t>名，將依辦法辦理著作財</w:t>
      </w:r>
      <w:r w:rsidR="008930C4" w:rsidRPr="002B3A23">
        <w:rPr>
          <w:rFonts w:ascii="標楷體" w:eastAsia="標楷體" w:hAnsi="標楷體" w:cs="細明體" w:hint="eastAsia"/>
          <w:sz w:val="24"/>
          <w:szCs w:val="24"/>
          <w:lang w:eastAsia="zh-TW"/>
        </w:rPr>
        <w:t>產</w:t>
      </w:r>
      <w:r w:rsidR="008930C4" w:rsidRPr="002B3A23">
        <w:rPr>
          <w:rFonts w:ascii="標楷體" w:eastAsia="標楷體" w:hAnsi="標楷體" w:cs="MS Mincho" w:hint="eastAsia"/>
          <w:sz w:val="24"/>
          <w:szCs w:val="24"/>
          <w:lang w:eastAsia="zh-TW"/>
        </w:rPr>
        <w:t>權無償轉讓。</w:t>
      </w:r>
    </w:p>
    <w:p w:rsidR="00BE756F" w:rsidRPr="002B3A23" w:rsidRDefault="008930C4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2B3A23">
        <w:rPr>
          <w:rFonts w:ascii="標楷體" w:eastAsia="標楷體" w:hAnsi="標楷體"/>
          <w:sz w:val="24"/>
          <w:szCs w:val="24"/>
          <w:lang w:eastAsia="zh-TW"/>
        </w:rPr>
        <w:t>參賽者簽章：____________________ (若未成年需法定代理人簽章)</w:t>
      </w:r>
    </w:p>
    <w:p w:rsidR="002B3A23" w:rsidRPr="002B3A23" w:rsidRDefault="002B3A23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2B3A23">
        <w:rPr>
          <w:rFonts w:ascii="標楷體" w:eastAsia="標楷體" w:hAnsi="標楷體"/>
          <w:sz w:val="24"/>
          <w:szCs w:val="24"/>
          <w:lang w:eastAsia="zh-TW"/>
        </w:rPr>
        <w:t>法定代理人簽章: ____________________</w:t>
      </w:r>
    </w:p>
    <w:p w:rsidR="00BE756F" w:rsidRPr="002B3A23" w:rsidRDefault="008930C4" w:rsidP="002B3A23">
      <w:pPr>
        <w:rPr>
          <w:rFonts w:ascii="標楷體" w:eastAsia="標楷體" w:hAnsi="標楷體"/>
          <w:sz w:val="24"/>
          <w:szCs w:val="24"/>
          <w:lang w:eastAsia="zh-TW"/>
        </w:rPr>
      </w:pPr>
      <w:r w:rsidRPr="002B3A23">
        <w:rPr>
          <w:rFonts w:ascii="標楷體" w:eastAsia="標楷體" w:hAnsi="標楷體"/>
          <w:sz w:val="24"/>
          <w:szCs w:val="24"/>
          <w:lang w:eastAsia="zh-TW"/>
        </w:rPr>
        <w:t>日期：</w:t>
      </w:r>
      <w:r w:rsidR="00185D2A">
        <w:rPr>
          <w:rFonts w:ascii="標楷體" w:eastAsia="標楷體" w:hAnsi="標楷體"/>
          <w:sz w:val="24"/>
          <w:szCs w:val="24"/>
          <w:lang w:eastAsia="zh-TW"/>
        </w:rPr>
        <w:t>115</w:t>
      </w:r>
      <w:r w:rsidRPr="002B3A23">
        <w:rPr>
          <w:rFonts w:ascii="標楷體" w:eastAsia="標楷體" w:hAnsi="標楷體"/>
          <w:sz w:val="24"/>
          <w:szCs w:val="24"/>
          <w:lang w:eastAsia="zh-TW"/>
        </w:rPr>
        <w:t>年    月    日</w:t>
      </w:r>
    </w:p>
    <w:sectPr w:rsidR="00BE756F" w:rsidRPr="002B3A23" w:rsidSect="00616B10">
      <w:pgSz w:w="12240" w:h="15840"/>
      <w:pgMar w:top="1440" w:right="1418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4D4"/>
    <w:rsid w:val="00034616"/>
    <w:rsid w:val="0006063C"/>
    <w:rsid w:val="0015074B"/>
    <w:rsid w:val="00185D2A"/>
    <w:rsid w:val="002439D9"/>
    <w:rsid w:val="00260363"/>
    <w:rsid w:val="0029639D"/>
    <w:rsid w:val="002B3A23"/>
    <w:rsid w:val="00326F90"/>
    <w:rsid w:val="00616B10"/>
    <w:rsid w:val="007C6759"/>
    <w:rsid w:val="008930C4"/>
    <w:rsid w:val="00AA1D8D"/>
    <w:rsid w:val="00B47730"/>
    <w:rsid w:val="00BE756F"/>
    <w:rsid w:val="00CB0664"/>
    <w:rsid w:val="00E24CC0"/>
    <w:rsid w:val="00E265E5"/>
    <w:rsid w:val="00E322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0044D4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0044D4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3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E1104F-BFA9-4453-904E-02B2AC93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10</cp:revision>
  <cp:lastPrinted>2026-05-06T03:09:00Z</cp:lastPrinted>
  <dcterms:created xsi:type="dcterms:W3CDTF">2026-05-06T01:35:00Z</dcterms:created>
  <dcterms:modified xsi:type="dcterms:W3CDTF">2026-05-12T06:11:00Z</dcterms:modified>
</cp:coreProperties>
</file>